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BC15E" w14:textId="77777777" w:rsidR="00590B8C" w:rsidRDefault="00D062A2">
      <w:pPr>
        <w:spacing w:after="40"/>
        <w:jc w:val="center"/>
        <w:rPr>
          <w:lang w:eastAsia="zh-TW"/>
        </w:rPr>
      </w:pPr>
      <w:r>
        <w:rPr>
          <w:b/>
          <w:sz w:val="30"/>
          <w:lang w:eastAsia="zh-TW"/>
        </w:rPr>
        <w:t>旅行届兼学割証交付申請書</w:t>
      </w:r>
    </w:p>
    <w:p w14:paraId="4368DD88" w14:textId="77777777" w:rsidR="00590B8C" w:rsidRPr="00217A92" w:rsidRDefault="00D062A2">
      <w:pPr>
        <w:spacing w:after="40"/>
        <w:rPr>
          <w:szCs w:val="18"/>
          <w:lang w:eastAsia="zh-TW"/>
        </w:rPr>
      </w:pPr>
      <w:r w:rsidRPr="00217A92">
        <w:rPr>
          <w:szCs w:val="18"/>
          <w:lang w:eastAsia="zh-TW"/>
        </w:rPr>
        <w:t>東京都立駒場高等学校長　殿</w:t>
      </w:r>
    </w:p>
    <w:p w14:paraId="2907818D" w14:textId="77777777" w:rsidR="00590B8C" w:rsidRDefault="00D062A2">
      <w:pPr>
        <w:spacing w:after="80"/>
        <w:rPr>
          <w:lang w:eastAsia="ja-JP"/>
        </w:rPr>
      </w:pPr>
      <w:r>
        <w:rPr>
          <w:lang w:eastAsia="ja-JP"/>
        </w:rPr>
        <w:t>下記のとおり旅行を計画しましたので届け出るとともに、学校学生生徒旅客運賃割引証（以下「学割証」という。）の交付を申請します。</w:t>
      </w:r>
    </w:p>
    <w:p w14:paraId="426B9329" w14:textId="77777777" w:rsidR="000D72E1" w:rsidRDefault="000D72E1" w:rsidP="00355B24">
      <w:pPr>
        <w:spacing w:after="20"/>
        <w:ind w:right="720"/>
        <w:jc w:val="right"/>
      </w:pPr>
      <w:proofErr w:type="spellStart"/>
      <w:r>
        <w:t>令和</w:t>
      </w:r>
      <w:proofErr w:type="spellEnd"/>
      <w:r>
        <w:t xml:space="preserve">　　　年　　　月　　　日</w:t>
      </w:r>
    </w:p>
    <w:p w14:paraId="74B46BFD" w14:textId="48FBE972" w:rsidR="000D72E1" w:rsidRPr="000D72E1" w:rsidRDefault="000B6C94" w:rsidP="000B6C94">
      <w:pPr>
        <w:spacing w:after="80"/>
        <w:jc w:val="right"/>
        <w:rPr>
          <w:lang w:eastAsia="zh-TW"/>
        </w:rPr>
      </w:pPr>
      <w:r>
        <w:rPr>
          <w:rFonts w:hint="eastAsia"/>
          <w:lang w:eastAsia="zh-TW"/>
        </w:rPr>
        <w:t>保護者氏名</w:t>
      </w:r>
      <w:r w:rsidR="00355B24">
        <w:rPr>
          <w:rFonts w:hint="eastAsia"/>
          <w:lang w:eastAsia="zh-TW"/>
        </w:rPr>
        <w:t xml:space="preserve">　　</w:t>
      </w:r>
      <w:r>
        <w:rPr>
          <w:rFonts w:hint="eastAsia"/>
          <w:lang w:eastAsia="zh-TW"/>
        </w:rPr>
        <w:t xml:space="preserve">　　　　　　　　　　㊞</w:t>
      </w:r>
    </w:p>
    <w:p w14:paraId="2001BB37" w14:textId="77777777" w:rsidR="00590B8C" w:rsidRDefault="00D062A2">
      <w:pPr>
        <w:spacing w:before="60" w:after="40"/>
      </w:pPr>
      <w:r>
        <w:rPr>
          <w:b/>
        </w:rPr>
        <w:t xml:space="preserve">１　</w:t>
      </w:r>
      <w:proofErr w:type="spellStart"/>
      <w:r>
        <w:rPr>
          <w:b/>
        </w:rPr>
        <w:t>生徒情報</w:t>
      </w:r>
      <w:proofErr w:type="spellEnd"/>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17"/>
        <w:gridCol w:w="3685"/>
        <w:gridCol w:w="1417"/>
        <w:gridCol w:w="3685"/>
      </w:tblGrid>
      <w:tr w:rsidR="00590B8C" w14:paraId="62D4FCB5" w14:textId="77777777">
        <w:trPr>
          <w:jc w:val="center"/>
        </w:trPr>
        <w:tc>
          <w:tcPr>
            <w:tcW w:w="1417" w:type="dxa"/>
            <w:shd w:val="clear" w:color="auto" w:fill="EDEDED"/>
            <w:tcMar>
              <w:top w:w="70" w:type="dxa"/>
              <w:left w:w="70" w:type="dxa"/>
              <w:bottom w:w="70" w:type="dxa"/>
              <w:right w:w="70" w:type="dxa"/>
            </w:tcMar>
            <w:vAlign w:val="center"/>
          </w:tcPr>
          <w:p w14:paraId="7D780145" w14:textId="77777777" w:rsidR="00590B8C" w:rsidRDefault="00D062A2">
            <w:pPr>
              <w:jc w:val="center"/>
            </w:pPr>
            <w:r>
              <w:rPr>
                <w:b/>
                <w:sz w:val="17"/>
              </w:rPr>
              <w:t>学年・組</w:t>
            </w:r>
          </w:p>
        </w:tc>
        <w:tc>
          <w:tcPr>
            <w:tcW w:w="3685" w:type="dxa"/>
            <w:tcMar>
              <w:top w:w="70" w:type="dxa"/>
              <w:left w:w="70" w:type="dxa"/>
              <w:bottom w:w="70" w:type="dxa"/>
              <w:right w:w="70" w:type="dxa"/>
            </w:tcMar>
            <w:vAlign w:val="center"/>
          </w:tcPr>
          <w:p w14:paraId="7FD5C187" w14:textId="6DD47F4D" w:rsidR="00590B8C" w:rsidRDefault="00D062A2">
            <w:pPr>
              <w:rPr>
                <w:lang w:eastAsia="ja-JP"/>
              </w:rPr>
            </w:pPr>
            <w:r>
              <w:rPr>
                <w:lang w:eastAsia="ja-JP"/>
              </w:rPr>
              <w:t xml:space="preserve">　　　年　　　</w:t>
            </w:r>
            <w:r w:rsidR="00626BB8">
              <w:rPr>
                <w:rFonts w:hint="eastAsia"/>
                <w:lang w:eastAsia="ja-JP"/>
              </w:rPr>
              <w:t>ホーム</w:t>
            </w:r>
          </w:p>
        </w:tc>
        <w:tc>
          <w:tcPr>
            <w:tcW w:w="1417" w:type="dxa"/>
            <w:shd w:val="clear" w:color="auto" w:fill="EDEDED"/>
            <w:tcMar>
              <w:top w:w="70" w:type="dxa"/>
              <w:left w:w="70" w:type="dxa"/>
              <w:bottom w:w="70" w:type="dxa"/>
              <w:right w:w="70" w:type="dxa"/>
            </w:tcMar>
            <w:vAlign w:val="center"/>
          </w:tcPr>
          <w:p w14:paraId="466E55D9" w14:textId="656C0B17" w:rsidR="00590B8C" w:rsidRDefault="00D062A2">
            <w:pPr>
              <w:jc w:val="center"/>
            </w:pPr>
            <w:proofErr w:type="spellStart"/>
            <w:r>
              <w:rPr>
                <w:b/>
                <w:sz w:val="17"/>
              </w:rPr>
              <w:t>生徒</w:t>
            </w:r>
            <w:proofErr w:type="spellEnd"/>
            <w:r w:rsidR="00724C5F">
              <w:rPr>
                <w:rFonts w:hint="eastAsia"/>
                <w:b/>
                <w:sz w:val="17"/>
                <w:lang w:eastAsia="ja-JP"/>
              </w:rPr>
              <w:t>証</w:t>
            </w:r>
            <w:proofErr w:type="spellStart"/>
            <w:r>
              <w:rPr>
                <w:b/>
                <w:sz w:val="17"/>
              </w:rPr>
              <w:t>番号</w:t>
            </w:r>
            <w:proofErr w:type="spellEnd"/>
          </w:p>
        </w:tc>
        <w:tc>
          <w:tcPr>
            <w:tcW w:w="3685" w:type="dxa"/>
            <w:tcMar>
              <w:top w:w="70" w:type="dxa"/>
              <w:left w:w="70" w:type="dxa"/>
              <w:bottom w:w="70" w:type="dxa"/>
              <w:right w:w="70" w:type="dxa"/>
            </w:tcMar>
            <w:vAlign w:val="center"/>
          </w:tcPr>
          <w:p w14:paraId="11E03EC6" w14:textId="77777777" w:rsidR="00590B8C" w:rsidRDefault="00590B8C"/>
        </w:tc>
      </w:tr>
      <w:tr w:rsidR="00590B8C" w14:paraId="7DD7FE2F" w14:textId="77777777">
        <w:trPr>
          <w:jc w:val="center"/>
        </w:trPr>
        <w:tc>
          <w:tcPr>
            <w:tcW w:w="1417" w:type="dxa"/>
            <w:shd w:val="clear" w:color="auto" w:fill="EDEDED"/>
            <w:tcMar>
              <w:top w:w="70" w:type="dxa"/>
              <w:left w:w="70" w:type="dxa"/>
              <w:bottom w:w="70" w:type="dxa"/>
              <w:right w:w="70" w:type="dxa"/>
            </w:tcMar>
            <w:vAlign w:val="center"/>
          </w:tcPr>
          <w:p w14:paraId="1FEF903C" w14:textId="77777777" w:rsidR="00590B8C" w:rsidRDefault="00D062A2">
            <w:pPr>
              <w:jc w:val="center"/>
            </w:pPr>
            <w:r>
              <w:rPr>
                <w:b/>
                <w:sz w:val="17"/>
              </w:rPr>
              <w:t>氏名</w:t>
            </w:r>
          </w:p>
        </w:tc>
        <w:tc>
          <w:tcPr>
            <w:tcW w:w="3685" w:type="dxa"/>
            <w:tcMar>
              <w:top w:w="70" w:type="dxa"/>
              <w:left w:w="70" w:type="dxa"/>
              <w:bottom w:w="70" w:type="dxa"/>
              <w:right w:w="70" w:type="dxa"/>
            </w:tcMar>
            <w:vAlign w:val="center"/>
          </w:tcPr>
          <w:p w14:paraId="447D1787" w14:textId="77777777" w:rsidR="00590B8C" w:rsidRDefault="00590B8C"/>
        </w:tc>
        <w:tc>
          <w:tcPr>
            <w:tcW w:w="1417" w:type="dxa"/>
            <w:shd w:val="clear" w:color="auto" w:fill="EDEDED"/>
            <w:tcMar>
              <w:top w:w="70" w:type="dxa"/>
              <w:left w:w="70" w:type="dxa"/>
              <w:bottom w:w="70" w:type="dxa"/>
              <w:right w:w="70" w:type="dxa"/>
            </w:tcMar>
            <w:vAlign w:val="center"/>
          </w:tcPr>
          <w:p w14:paraId="0DFC65B2" w14:textId="102CCA8A" w:rsidR="00590B8C" w:rsidRDefault="00724C5F">
            <w:pPr>
              <w:jc w:val="center"/>
              <w:rPr>
                <w:lang w:eastAsia="ja-JP"/>
              </w:rPr>
            </w:pPr>
            <w:r>
              <w:rPr>
                <w:rFonts w:hint="eastAsia"/>
                <w:lang w:eastAsia="ja-JP"/>
              </w:rPr>
              <w:t>生年月日</w:t>
            </w:r>
          </w:p>
        </w:tc>
        <w:tc>
          <w:tcPr>
            <w:tcW w:w="3685" w:type="dxa"/>
            <w:tcMar>
              <w:top w:w="70" w:type="dxa"/>
              <w:left w:w="70" w:type="dxa"/>
              <w:bottom w:w="70" w:type="dxa"/>
              <w:right w:w="70" w:type="dxa"/>
            </w:tcMar>
            <w:vAlign w:val="center"/>
          </w:tcPr>
          <w:p w14:paraId="26D6145D" w14:textId="6361ECA0" w:rsidR="00590B8C" w:rsidRDefault="00C036F5">
            <w:pPr>
              <w:rPr>
                <w:lang w:eastAsia="ja-JP"/>
              </w:rPr>
            </w:pPr>
            <w:r>
              <w:rPr>
                <w:rFonts w:hint="eastAsia"/>
                <w:lang w:eastAsia="ja-JP"/>
              </w:rPr>
              <w:t>平成　　　年　　　月　　　日　　　　歳</w:t>
            </w:r>
          </w:p>
        </w:tc>
      </w:tr>
    </w:tbl>
    <w:p w14:paraId="623F5F70" w14:textId="77777777" w:rsidR="00590B8C" w:rsidRDefault="00D062A2">
      <w:pPr>
        <w:spacing w:before="60" w:after="40"/>
      </w:pPr>
      <w:r>
        <w:rPr>
          <w:b/>
        </w:rPr>
        <w:t xml:space="preserve">２　</w:t>
      </w:r>
      <w:proofErr w:type="spellStart"/>
      <w:r>
        <w:rPr>
          <w:b/>
        </w:rPr>
        <w:t>旅行届</w:t>
      </w:r>
      <w:proofErr w:type="spellEnd"/>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814"/>
        <w:gridCol w:w="8391"/>
      </w:tblGrid>
      <w:tr w:rsidR="00590B8C" w14:paraId="79C5804E" w14:textId="77777777">
        <w:trPr>
          <w:jc w:val="center"/>
        </w:trPr>
        <w:tc>
          <w:tcPr>
            <w:tcW w:w="1814" w:type="dxa"/>
            <w:shd w:val="clear" w:color="auto" w:fill="EDEDED"/>
            <w:tcMar>
              <w:top w:w="70" w:type="dxa"/>
              <w:left w:w="70" w:type="dxa"/>
              <w:bottom w:w="70" w:type="dxa"/>
              <w:right w:w="70" w:type="dxa"/>
            </w:tcMar>
            <w:vAlign w:val="center"/>
          </w:tcPr>
          <w:p w14:paraId="343D2A06" w14:textId="77777777" w:rsidR="00590B8C" w:rsidRDefault="00D062A2">
            <w:pPr>
              <w:jc w:val="center"/>
            </w:pPr>
            <w:r>
              <w:rPr>
                <w:b/>
                <w:sz w:val="17"/>
              </w:rPr>
              <w:t>旅行目的</w:t>
            </w:r>
          </w:p>
        </w:tc>
        <w:tc>
          <w:tcPr>
            <w:tcW w:w="8391" w:type="dxa"/>
            <w:tcMar>
              <w:top w:w="70" w:type="dxa"/>
              <w:left w:w="70" w:type="dxa"/>
              <w:bottom w:w="70" w:type="dxa"/>
              <w:right w:w="70" w:type="dxa"/>
            </w:tcMar>
            <w:vAlign w:val="center"/>
          </w:tcPr>
          <w:p w14:paraId="4D5F1D64" w14:textId="1B824892" w:rsidR="00590B8C" w:rsidRDefault="00D062A2">
            <w:pPr>
              <w:rPr>
                <w:lang w:eastAsia="ja-JP"/>
              </w:rPr>
            </w:pPr>
            <w:r>
              <w:rPr>
                <w:lang w:eastAsia="ja-JP"/>
              </w:rPr>
              <w:t xml:space="preserve">□ 帰省　□ </w:t>
            </w:r>
            <w:r w:rsidR="00B31B5F">
              <w:rPr>
                <w:rFonts w:hint="eastAsia"/>
                <w:lang w:eastAsia="ja-JP"/>
              </w:rPr>
              <w:t>学校における教育活動</w:t>
            </w:r>
            <w:r>
              <w:rPr>
                <w:lang w:eastAsia="ja-JP"/>
              </w:rPr>
              <w:t xml:space="preserve">　□ </w:t>
            </w:r>
            <w:r w:rsidR="00826B5F">
              <w:rPr>
                <w:rFonts w:hint="eastAsia"/>
                <w:lang w:eastAsia="ja-JP"/>
              </w:rPr>
              <w:t>就職・進学活動等</w:t>
            </w:r>
            <w:r>
              <w:rPr>
                <w:lang w:eastAsia="ja-JP"/>
              </w:rPr>
              <w:t xml:space="preserve">　</w:t>
            </w:r>
            <w:r w:rsidR="00F95820">
              <w:rPr>
                <w:rFonts w:hint="eastAsia"/>
                <w:lang w:eastAsia="ja-JP"/>
              </w:rPr>
              <w:t>□傷病の治療</w:t>
            </w:r>
          </w:p>
          <w:p w14:paraId="2981F5F5" w14:textId="6E0EB807" w:rsidR="005E084A" w:rsidRDefault="00B4559B" w:rsidP="00B4559B">
            <w:pPr>
              <w:rPr>
                <w:lang w:eastAsia="ja-JP"/>
              </w:rPr>
            </w:pPr>
            <w:r>
              <w:rPr>
                <w:rFonts w:hint="eastAsia"/>
                <w:lang w:eastAsia="ja-JP"/>
              </w:rPr>
              <w:t>□</w:t>
            </w:r>
            <w:r w:rsidR="00B31B5F">
              <w:rPr>
                <w:rFonts w:hint="eastAsia"/>
                <w:lang w:eastAsia="ja-JP"/>
              </w:rPr>
              <w:t xml:space="preserve"> </w:t>
            </w:r>
            <w:r>
              <w:rPr>
                <w:rFonts w:hint="eastAsia"/>
                <w:lang w:eastAsia="ja-JP"/>
              </w:rPr>
              <w:t>保護者の旅行への随行</w:t>
            </w:r>
            <w:r w:rsidR="00B31B5F">
              <w:rPr>
                <w:rFonts w:hint="eastAsia"/>
                <w:lang w:eastAsia="ja-JP"/>
              </w:rPr>
              <w:t xml:space="preserve"> </w:t>
            </w:r>
            <w:r w:rsidR="005B59CA">
              <w:rPr>
                <w:rFonts w:hint="eastAsia"/>
                <w:lang w:eastAsia="ja-JP"/>
              </w:rPr>
              <w:t xml:space="preserve">　</w:t>
            </w:r>
            <w:r w:rsidR="00F95820">
              <w:rPr>
                <w:lang w:eastAsia="ja-JP"/>
              </w:rPr>
              <w:t>□ その他</w:t>
            </w:r>
            <w:r w:rsidR="00F95820">
              <w:rPr>
                <w:rFonts w:hint="eastAsia"/>
                <w:lang w:eastAsia="ja-JP"/>
              </w:rPr>
              <w:t>（　　　　　　　　　　　　）</w:t>
            </w:r>
          </w:p>
        </w:tc>
      </w:tr>
      <w:tr w:rsidR="00590B8C" w14:paraId="6240855F" w14:textId="77777777">
        <w:trPr>
          <w:jc w:val="center"/>
        </w:trPr>
        <w:tc>
          <w:tcPr>
            <w:tcW w:w="1814" w:type="dxa"/>
            <w:shd w:val="clear" w:color="auto" w:fill="EDEDED"/>
            <w:tcMar>
              <w:top w:w="70" w:type="dxa"/>
              <w:left w:w="70" w:type="dxa"/>
              <w:bottom w:w="70" w:type="dxa"/>
              <w:right w:w="70" w:type="dxa"/>
            </w:tcMar>
            <w:vAlign w:val="center"/>
          </w:tcPr>
          <w:p w14:paraId="28D83B68" w14:textId="05B9C7AE" w:rsidR="00590B8C" w:rsidRPr="00C036F5" w:rsidRDefault="00C036F5">
            <w:pPr>
              <w:jc w:val="center"/>
              <w:rPr>
                <w:b/>
                <w:bCs/>
                <w:sz w:val="17"/>
                <w:szCs w:val="17"/>
                <w:lang w:eastAsia="ja-JP"/>
              </w:rPr>
            </w:pPr>
            <w:r w:rsidRPr="00C036F5">
              <w:rPr>
                <w:rFonts w:hint="eastAsia"/>
                <w:b/>
                <w:bCs/>
                <w:sz w:val="17"/>
                <w:szCs w:val="17"/>
                <w:lang w:eastAsia="ja-JP"/>
              </w:rPr>
              <w:t>旅行先</w:t>
            </w:r>
          </w:p>
        </w:tc>
        <w:tc>
          <w:tcPr>
            <w:tcW w:w="8391" w:type="dxa"/>
            <w:tcMar>
              <w:top w:w="70" w:type="dxa"/>
              <w:left w:w="70" w:type="dxa"/>
              <w:bottom w:w="70" w:type="dxa"/>
              <w:right w:w="70" w:type="dxa"/>
            </w:tcMar>
            <w:vAlign w:val="center"/>
          </w:tcPr>
          <w:p w14:paraId="0A6BBD0E" w14:textId="3C4EA32F" w:rsidR="00590B8C" w:rsidRDefault="008664FA">
            <w:pPr>
              <w:rPr>
                <w:lang w:eastAsia="zh-CN"/>
              </w:rPr>
            </w:pPr>
            <w:r>
              <w:rPr>
                <w:rFonts w:hint="eastAsia"/>
                <w:lang w:eastAsia="zh-CN"/>
              </w:rPr>
              <w:t xml:space="preserve">　　　　　　　　</w:t>
            </w:r>
            <w:r w:rsidR="00863500">
              <w:rPr>
                <w:rFonts w:hint="eastAsia"/>
                <w:lang w:eastAsia="zh-CN"/>
              </w:rPr>
              <w:t xml:space="preserve">道　府　県　　　　　　　　　区　</w:t>
            </w:r>
            <w:r w:rsidR="00355D0D">
              <w:rPr>
                <w:rFonts w:hint="eastAsia"/>
                <w:lang w:eastAsia="zh-CN"/>
              </w:rPr>
              <w:t>市　郡　　　　　　　　　　　　町　村</w:t>
            </w:r>
          </w:p>
        </w:tc>
      </w:tr>
      <w:tr w:rsidR="00590B8C" w14:paraId="7ADE2231" w14:textId="77777777">
        <w:trPr>
          <w:jc w:val="center"/>
        </w:trPr>
        <w:tc>
          <w:tcPr>
            <w:tcW w:w="1814" w:type="dxa"/>
            <w:shd w:val="clear" w:color="auto" w:fill="EDEDED"/>
            <w:tcMar>
              <w:top w:w="70" w:type="dxa"/>
              <w:left w:w="70" w:type="dxa"/>
              <w:bottom w:w="70" w:type="dxa"/>
              <w:right w:w="70" w:type="dxa"/>
            </w:tcMar>
            <w:vAlign w:val="center"/>
          </w:tcPr>
          <w:p w14:paraId="60496BB2" w14:textId="77777777" w:rsidR="00590B8C" w:rsidRDefault="00D062A2">
            <w:pPr>
              <w:jc w:val="center"/>
            </w:pPr>
            <w:proofErr w:type="spellStart"/>
            <w:r>
              <w:rPr>
                <w:b/>
                <w:sz w:val="17"/>
              </w:rPr>
              <w:t>旅行期間</w:t>
            </w:r>
            <w:proofErr w:type="spellEnd"/>
          </w:p>
        </w:tc>
        <w:tc>
          <w:tcPr>
            <w:tcW w:w="8391" w:type="dxa"/>
            <w:tcMar>
              <w:top w:w="70" w:type="dxa"/>
              <w:left w:w="70" w:type="dxa"/>
              <w:bottom w:w="70" w:type="dxa"/>
              <w:right w:w="70" w:type="dxa"/>
            </w:tcMar>
            <w:vAlign w:val="center"/>
          </w:tcPr>
          <w:p w14:paraId="7BB571DD" w14:textId="77777777" w:rsidR="00590B8C" w:rsidRDefault="00D062A2">
            <w:pPr>
              <w:rPr>
                <w:lang w:eastAsia="ja-JP"/>
              </w:rPr>
            </w:pPr>
            <w:r>
              <w:rPr>
                <w:lang w:eastAsia="ja-JP"/>
              </w:rPr>
              <w:t>令和　　　年　　　月　　　日　から　令和　　　年　　　月　　　日　まで</w:t>
            </w:r>
          </w:p>
        </w:tc>
      </w:tr>
    </w:tbl>
    <w:p w14:paraId="28F89242" w14:textId="77777777" w:rsidR="00590B8C" w:rsidRDefault="00D062A2">
      <w:pPr>
        <w:spacing w:before="60" w:after="40"/>
        <w:rPr>
          <w:lang w:eastAsia="ja-JP"/>
        </w:rPr>
      </w:pPr>
      <w:r>
        <w:rPr>
          <w:b/>
          <w:lang w:eastAsia="ja-JP"/>
        </w:rPr>
        <w:t>３　学割証交付申請</w:t>
      </w:r>
    </w:p>
    <w:p w14:paraId="630FB42F" w14:textId="73AA28E7" w:rsidR="00590B8C" w:rsidRDefault="00D062A2">
      <w:pPr>
        <w:spacing w:after="40"/>
        <w:rPr>
          <w:lang w:eastAsia="ja-JP"/>
        </w:rPr>
      </w:pPr>
      <w:r>
        <w:rPr>
          <w:sz w:val="17"/>
          <w:lang w:eastAsia="ja-JP"/>
        </w:rPr>
        <w:t>下記区間の乗車券購入に当たり、学割証の交付を申請します。</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814"/>
        <w:gridCol w:w="8391"/>
      </w:tblGrid>
      <w:tr w:rsidR="00590B8C" w14:paraId="36C055A2" w14:textId="77777777">
        <w:trPr>
          <w:jc w:val="center"/>
        </w:trPr>
        <w:tc>
          <w:tcPr>
            <w:tcW w:w="1814" w:type="dxa"/>
            <w:shd w:val="clear" w:color="auto" w:fill="EDEDED"/>
            <w:tcMar>
              <w:top w:w="70" w:type="dxa"/>
              <w:left w:w="70" w:type="dxa"/>
              <w:bottom w:w="70" w:type="dxa"/>
              <w:right w:w="70" w:type="dxa"/>
            </w:tcMar>
            <w:vAlign w:val="center"/>
          </w:tcPr>
          <w:p w14:paraId="6C80507B" w14:textId="77777777" w:rsidR="00590B8C" w:rsidRDefault="00D062A2">
            <w:pPr>
              <w:jc w:val="center"/>
            </w:pPr>
            <w:proofErr w:type="spellStart"/>
            <w:r>
              <w:rPr>
                <w:b/>
                <w:sz w:val="17"/>
              </w:rPr>
              <w:t>乗車区間</w:t>
            </w:r>
            <w:proofErr w:type="spellEnd"/>
          </w:p>
        </w:tc>
        <w:tc>
          <w:tcPr>
            <w:tcW w:w="8391" w:type="dxa"/>
            <w:tcMar>
              <w:top w:w="70" w:type="dxa"/>
              <w:left w:w="70" w:type="dxa"/>
              <w:bottom w:w="70" w:type="dxa"/>
              <w:right w:w="70" w:type="dxa"/>
            </w:tcMar>
            <w:vAlign w:val="center"/>
          </w:tcPr>
          <w:p w14:paraId="1BFB44A0" w14:textId="77777777" w:rsidR="00590B8C" w:rsidRDefault="0029639A">
            <w:pPr>
              <w:rPr>
                <w:lang w:eastAsia="ja-JP"/>
              </w:rPr>
            </w:pPr>
            <w:r>
              <w:rPr>
                <w:rFonts w:hint="eastAsia"/>
                <w:lang w:eastAsia="ja-JP"/>
              </w:rPr>
              <w:t>区間1</w:t>
            </w:r>
            <w:r w:rsidR="00D062A2">
              <w:rPr>
                <w:lang w:eastAsia="ja-JP"/>
              </w:rPr>
              <w:t>（　　　　　　　　　駅）　から　（　　　　　　　　　駅）　まで</w:t>
            </w:r>
            <w:r w:rsidR="00F9426E">
              <w:rPr>
                <w:rFonts w:hint="eastAsia"/>
                <w:lang w:eastAsia="ja-JP"/>
              </w:rPr>
              <w:t xml:space="preserve">　　　　　　　　　経由</w:t>
            </w:r>
          </w:p>
          <w:p w14:paraId="119C5D9F" w14:textId="30840B88" w:rsidR="00661779" w:rsidRPr="00661779" w:rsidRDefault="00661779">
            <w:pPr>
              <w:rPr>
                <w:lang w:eastAsia="ja-JP"/>
              </w:rPr>
            </w:pPr>
            <w:r>
              <w:rPr>
                <w:rFonts w:hint="eastAsia"/>
                <w:lang w:eastAsia="ja-JP"/>
              </w:rPr>
              <w:t>区間2（　　　　　　　　　駅）　から　（　　　　　　　　　駅）　まで　　　　　　　　　経由</w:t>
            </w:r>
          </w:p>
        </w:tc>
      </w:tr>
      <w:tr w:rsidR="00590B8C" w14:paraId="2F53797A" w14:textId="77777777">
        <w:trPr>
          <w:jc w:val="center"/>
        </w:trPr>
        <w:tc>
          <w:tcPr>
            <w:tcW w:w="1814" w:type="dxa"/>
            <w:shd w:val="clear" w:color="auto" w:fill="EDEDED"/>
            <w:tcMar>
              <w:top w:w="70" w:type="dxa"/>
              <w:left w:w="70" w:type="dxa"/>
              <w:bottom w:w="70" w:type="dxa"/>
              <w:right w:w="70" w:type="dxa"/>
            </w:tcMar>
            <w:vAlign w:val="center"/>
          </w:tcPr>
          <w:p w14:paraId="6EFAEE10" w14:textId="06B61699" w:rsidR="00590B8C" w:rsidRDefault="002A308A">
            <w:pPr>
              <w:jc w:val="center"/>
            </w:pPr>
            <w:r>
              <w:rPr>
                <w:rFonts w:hint="eastAsia"/>
                <w:b/>
                <w:sz w:val="17"/>
                <w:lang w:eastAsia="ja-JP"/>
              </w:rPr>
              <w:t>乗車</w:t>
            </w:r>
            <w:proofErr w:type="spellStart"/>
            <w:r w:rsidR="00D062A2">
              <w:rPr>
                <w:b/>
                <w:sz w:val="17"/>
              </w:rPr>
              <w:t>予定日</w:t>
            </w:r>
            <w:proofErr w:type="spellEnd"/>
          </w:p>
        </w:tc>
        <w:tc>
          <w:tcPr>
            <w:tcW w:w="8391" w:type="dxa"/>
            <w:tcMar>
              <w:top w:w="70" w:type="dxa"/>
              <w:left w:w="70" w:type="dxa"/>
              <w:bottom w:w="70" w:type="dxa"/>
              <w:right w:w="70" w:type="dxa"/>
            </w:tcMar>
            <w:vAlign w:val="center"/>
          </w:tcPr>
          <w:p w14:paraId="2B8BDABE" w14:textId="68E96904" w:rsidR="00590B8C" w:rsidRDefault="009E2841" w:rsidP="0010580A">
            <w:pPr>
              <w:rPr>
                <w:lang w:eastAsia="zh-TW"/>
              </w:rPr>
            </w:pPr>
            <w:r>
              <w:rPr>
                <w:rFonts w:hint="eastAsia"/>
                <w:lang w:eastAsia="zh-TW"/>
              </w:rPr>
              <w:t>区間</w:t>
            </w:r>
            <w:r w:rsidR="00A73E2F">
              <w:rPr>
                <w:rFonts w:hint="eastAsia"/>
                <w:lang w:eastAsia="zh-TW"/>
              </w:rPr>
              <w:t>1</w:t>
            </w:r>
            <w:r>
              <w:rPr>
                <w:rFonts w:hint="eastAsia"/>
                <w:lang w:eastAsia="zh-TW"/>
              </w:rPr>
              <w:t xml:space="preserve">　</w:t>
            </w:r>
            <w:r w:rsidR="00D062A2">
              <w:rPr>
                <w:lang w:eastAsia="zh-TW"/>
              </w:rPr>
              <w:t>令和　　　年　　　月　　　日</w:t>
            </w:r>
            <w:r w:rsidR="00A73E2F">
              <w:rPr>
                <w:rFonts w:hint="eastAsia"/>
                <w:lang w:eastAsia="zh-TW"/>
              </w:rPr>
              <w:t xml:space="preserve">　　　　　</w:t>
            </w:r>
            <w:r>
              <w:rPr>
                <w:rFonts w:hint="eastAsia"/>
                <w:lang w:eastAsia="zh-TW"/>
              </w:rPr>
              <w:t>区間</w:t>
            </w:r>
            <w:r w:rsidR="00A73E2F">
              <w:rPr>
                <w:rFonts w:hint="eastAsia"/>
                <w:lang w:eastAsia="zh-TW"/>
              </w:rPr>
              <w:t xml:space="preserve">2　</w:t>
            </w:r>
            <w:r w:rsidR="00A73E2F">
              <w:rPr>
                <w:lang w:eastAsia="zh-TW"/>
              </w:rPr>
              <w:t>令和　　　年　　　月　　　日</w:t>
            </w:r>
            <w:r w:rsidR="00A73E2F">
              <w:rPr>
                <w:rFonts w:hint="eastAsia"/>
                <w:lang w:eastAsia="zh-TW"/>
              </w:rPr>
              <w:t xml:space="preserve">　　</w:t>
            </w:r>
          </w:p>
        </w:tc>
      </w:tr>
      <w:tr w:rsidR="00590B8C" w14:paraId="6B72DD18" w14:textId="77777777">
        <w:trPr>
          <w:jc w:val="center"/>
        </w:trPr>
        <w:tc>
          <w:tcPr>
            <w:tcW w:w="1814" w:type="dxa"/>
            <w:shd w:val="clear" w:color="auto" w:fill="EDEDED"/>
            <w:tcMar>
              <w:top w:w="70" w:type="dxa"/>
              <w:left w:w="70" w:type="dxa"/>
              <w:bottom w:w="70" w:type="dxa"/>
              <w:right w:w="70" w:type="dxa"/>
            </w:tcMar>
            <w:vAlign w:val="center"/>
          </w:tcPr>
          <w:p w14:paraId="3067F79E" w14:textId="77777777" w:rsidR="00590B8C" w:rsidRDefault="00D062A2">
            <w:pPr>
              <w:jc w:val="center"/>
            </w:pPr>
            <w:proofErr w:type="spellStart"/>
            <w:r>
              <w:rPr>
                <w:b/>
                <w:sz w:val="17"/>
              </w:rPr>
              <w:t>必要枚数</w:t>
            </w:r>
            <w:proofErr w:type="spellEnd"/>
          </w:p>
        </w:tc>
        <w:tc>
          <w:tcPr>
            <w:tcW w:w="8391" w:type="dxa"/>
            <w:tcMar>
              <w:top w:w="70" w:type="dxa"/>
              <w:left w:w="70" w:type="dxa"/>
              <w:bottom w:w="70" w:type="dxa"/>
              <w:right w:w="70" w:type="dxa"/>
            </w:tcMar>
            <w:vAlign w:val="center"/>
          </w:tcPr>
          <w:p w14:paraId="1F932804" w14:textId="549CD1CC" w:rsidR="00590B8C" w:rsidRDefault="00D062A2">
            <w:pPr>
              <w:rPr>
                <w:lang w:eastAsia="ja-JP"/>
              </w:rPr>
            </w:pPr>
            <w:r>
              <w:rPr>
                <w:lang w:eastAsia="ja-JP"/>
              </w:rPr>
              <w:t xml:space="preserve">　　　　　　枚</w:t>
            </w:r>
            <w:r w:rsidR="00FA1F43">
              <w:rPr>
                <w:rFonts w:hint="eastAsia"/>
                <w:lang w:eastAsia="ja-JP"/>
              </w:rPr>
              <w:t xml:space="preserve">　　　　　　※学割証1枚につき、片道</w:t>
            </w:r>
            <w:r w:rsidR="0041470C">
              <w:rPr>
                <w:rFonts w:hint="eastAsia"/>
                <w:lang w:eastAsia="ja-JP"/>
              </w:rPr>
              <w:t>普通</w:t>
            </w:r>
            <w:r w:rsidR="00FA1F43">
              <w:rPr>
                <w:rFonts w:hint="eastAsia"/>
                <w:lang w:eastAsia="ja-JP"/>
              </w:rPr>
              <w:t>乗車券2枚</w:t>
            </w:r>
            <w:r w:rsidR="00DB6FDA">
              <w:rPr>
                <w:rFonts w:hint="eastAsia"/>
                <w:lang w:eastAsia="ja-JP"/>
              </w:rPr>
              <w:t>まで</w:t>
            </w:r>
            <w:r w:rsidR="00FA1F43">
              <w:rPr>
                <w:rFonts w:hint="eastAsia"/>
                <w:lang w:eastAsia="ja-JP"/>
              </w:rPr>
              <w:t>発行</w:t>
            </w:r>
            <w:r w:rsidR="00DB6FDA">
              <w:rPr>
                <w:rFonts w:hint="eastAsia"/>
                <w:lang w:eastAsia="ja-JP"/>
              </w:rPr>
              <w:t>出来ます</w:t>
            </w:r>
          </w:p>
        </w:tc>
      </w:tr>
    </w:tbl>
    <w:p w14:paraId="5BEC6A67" w14:textId="0A7C995A" w:rsidR="00590B8C" w:rsidRDefault="00D062A2" w:rsidP="00CE1239">
      <w:pPr>
        <w:spacing w:before="60" w:after="40"/>
        <w:rPr>
          <w:lang w:eastAsia="ja-JP"/>
        </w:rPr>
      </w:pPr>
      <w:r>
        <w:rPr>
          <w:b/>
          <w:lang w:eastAsia="ja-JP"/>
        </w:rPr>
        <w:t xml:space="preserve">　記入上の注意</w:t>
      </w:r>
    </w:p>
    <w:p w14:paraId="17BADBAB" w14:textId="63F26A1C" w:rsidR="00590B8C" w:rsidRDefault="00D062A2">
      <w:pPr>
        <w:spacing w:after="0"/>
        <w:ind w:left="227" w:hanging="227"/>
        <w:rPr>
          <w:lang w:eastAsia="ja-JP"/>
        </w:rPr>
      </w:pPr>
      <w:r>
        <w:rPr>
          <w:sz w:val="15"/>
          <w:lang w:eastAsia="ja-JP"/>
        </w:rPr>
        <w:t>・氏名、学年・</w:t>
      </w:r>
      <w:r w:rsidR="00626BB8">
        <w:rPr>
          <w:rFonts w:hint="eastAsia"/>
          <w:sz w:val="15"/>
          <w:lang w:eastAsia="ja-JP"/>
        </w:rPr>
        <w:t>ホーム</w:t>
      </w:r>
      <w:r>
        <w:rPr>
          <w:sz w:val="15"/>
          <w:lang w:eastAsia="ja-JP"/>
        </w:rPr>
        <w:t>、生徒</w:t>
      </w:r>
      <w:r w:rsidR="003B3130">
        <w:rPr>
          <w:rFonts w:hint="eastAsia"/>
          <w:sz w:val="15"/>
          <w:lang w:eastAsia="ja-JP"/>
        </w:rPr>
        <w:t>証</w:t>
      </w:r>
      <w:r>
        <w:rPr>
          <w:sz w:val="15"/>
          <w:lang w:eastAsia="ja-JP"/>
        </w:rPr>
        <w:t>番号は正確に記入してください。</w:t>
      </w:r>
      <w:r w:rsidR="00586128">
        <w:rPr>
          <w:rFonts w:hint="eastAsia"/>
          <w:sz w:val="15"/>
          <w:lang w:eastAsia="ja-JP"/>
        </w:rPr>
        <w:t xml:space="preserve">　　　　　　　　　　　　　　　　</w:t>
      </w:r>
      <w:r w:rsidR="00586128" w:rsidRPr="00586128">
        <w:rPr>
          <w:rFonts w:hint="eastAsia"/>
          <w:sz w:val="20"/>
          <w:szCs w:val="20"/>
          <w:lang w:eastAsia="ja-JP"/>
        </w:rPr>
        <w:t>収受</w:t>
      </w:r>
      <w:r w:rsidR="005E5F03">
        <w:rPr>
          <w:rFonts w:hint="eastAsia"/>
          <w:sz w:val="20"/>
          <w:szCs w:val="20"/>
          <w:lang w:eastAsia="ja-JP"/>
        </w:rPr>
        <w:t>印</w:t>
      </w:r>
    </w:p>
    <w:p w14:paraId="7689F853" w14:textId="77777777" w:rsidR="00590B8C" w:rsidRDefault="00D062A2">
      <w:pPr>
        <w:spacing w:after="0"/>
        <w:ind w:left="227" w:hanging="227"/>
        <w:rPr>
          <w:lang w:eastAsia="ja-JP"/>
        </w:rPr>
      </w:pPr>
      <w:r>
        <w:rPr>
          <w:sz w:val="15"/>
          <w:lang w:eastAsia="ja-JP"/>
        </w:rPr>
        <w:t>・旅行目的、行先及び旅行期間は、確認できるよう具体的に記入してください。</w:t>
      </w:r>
    </w:p>
    <w:p w14:paraId="260873C0" w14:textId="60F6EE26" w:rsidR="00590B8C" w:rsidRDefault="00D062A2">
      <w:pPr>
        <w:spacing w:after="0"/>
        <w:ind w:left="227" w:hanging="227"/>
        <w:rPr>
          <w:lang w:eastAsia="ja-JP"/>
        </w:rPr>
      </w:pPr>
      <w:r>
        <w:rPr>
          <w:sz w:val="15"/>
          <w:lang w:eastAsia="ja-JP"/>
        </w:rPr>
        <w:t>・学割証は</w:t>
      </w:r>
      <w:r w:rsidR="00F95820">
        <w:rPr>
          <w:rFonts w:hint="eastAsia"/>
          <w:sz w:val="15"/>
          <w:lang w:eastAsia="ja-JP"/>
        </w:rPr>
        <w:t>裏面の目的で</w:t>
      </w:r>
      <w:r>
        <w:rPr>
          <w:sz w:val="15"/>
          <w:lang w:eastAsia="ja-JP"/>
        </w:rPr>
        <w:t>JR各社が定める</w:t>
      </w:r>
      <w:r w:rsidR="002E0283">
        <w:rPr>
          <w:rFonts w:hint="eastAsia"/>
          <w:sz w:val="15"/>
          <w:lang w:eastAsia="ja-JP"/>
        </w:rPr>
        <w:t>営業キロで100㎞を超える区間に乗車する</w:t>
      </w:r>
      <w:r>
        <w:rPr>
          <w:sz w:val="15"/>
          <w:lang w:eastAsia="ja-JP"/>
        </w:rPr>
        <w:t>場合に交付します。</w:t>
      </w:r>
    </w:p>
    <w:p w14:paraId="2D4D604C" w14:textId="61F01B07" w:rsidR="00590B8C" w:rsidRDefault="00D062A2">
      <w:pPr>
        <w:spacing w:after="0"/>
        <w:ind w:left="227" w:hanging="227"/>
        <w:rPr>
          <w:lang w:eastAsia="ja-JP"/>
        </w:rPr>
      </w:pPr>
      <w:r>
        <w:rPr>
          <w:sz w:val="15"/>
          <w:lang w:eastAsia="ja-JP"/>
        </w:rPr>
        <w:t>・乗車区間は正式な駅名で記入してください。</w:t>
      </w:r>
      <w:r w:rsidR="00F95820" w:rsidRPr="00F95820">
        <w:rPr>
          <w:rFonts w:hint="eastAsia"/>
          <w:b/>
          <w:bCs/>
          <w:sz w:val="15"/>
          <w:u w:val="single"/>
          <w:lang w:eastAsia="ja-JP"/>
        </w:rPr>
        <w:t>往路と復路それぞれの区間分記載ください。</w:t>
      </w:r>
    </w:p>
    <w:p w14:paraId="0C740B65" w14:textId="271B6F41" w:rsidR="00590B8C" w:rsidRDefault="00D062A2">
      <w:pPr>
        <w:spacing w:after="0"/>
        <w:ind w:left="227" w:hanging="227"/>
        <w:rPr>
          <w:lang w:eastAsia="ja-JP"/>
        </w:rPr>
      </w:pPr>
      <w:r>
        <w:rPr>
          <w:sz w:val="15"/>
          <w:lang w:eastAsia="ja-JP"/>
        </w:rPr>
        <w:t>・申請は使用予定日まで余裕をもって提出してください。</w:t>
      </w:r>
      <w:r w:rsidR="002E0283">
        <w:rPr>
          <w:rFonts w:hint="eastAsia"/>
          <w:sz w:val="15"/>
          <w:lang w:eastAsia="ja-JP"/>
        </w:rPr>
        <w:t>申請した翌日（土日祝日を除く）午後以降発行です。</w:t>
      </w:r>
    </w:p>
    <w:tbl>
      <w:tblPr>
        <w:tblpPr w:leftFromText="142" w:rightFromText="142" w:vertAnchor="text" w:horzAnchor="margin" w:tblpY="67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98"/>
        <w:gridCol w:w="1482"/>
        <w:gridCol w:w="1455"/>
      </w:tblGrid>
      <w:tr w:rsidR="00FC3173" w:rsidRPr="00281CC3" w14:paraId="35AF1359" w14:textId="77777777" w:rsidTr="00FB2AF8">
        <w:tc>
          <w:tcPr>
            <w:tcW w:w="998" w:type="dxa"/>
            <w:shd w:val="clear" w:color="auto" w:fill="EDEDED"/>
            <w:tcMar>
              <w:top w:w="70" w:type="dxa"/>
              <w:left w:w="70" w:type="dxa"/>
              <w:bottom w:w="70" w:type="dxa"/>
              <w:right w:w="70" w:type="dxa"/>
            </w:tcMar>
            <w:vAlign w:val="center"/>
          </w:tcPr>
          <w:p w14:paraId="67768E27" w14:textId="565997CA" w:rsidR="00FC3173" w:rsidRPr="00281CC3" w:rsidRDefault="00FC3173" w:rsidP="00407688">
            <w:pPr>
              <w:jc w:val="center"/>
              <w:rPr>
                <w:b/>
                <w:sz w:val="17"/>
              </w:rPr>
            </w:pPr>
            <w:r w:rsidRPr="00281CC3">
              <w:rPr>
                <w:rFonts w:hint="eastAsia"/>
                <w:b/>
                <w:sz w:val="17"/>
                <w:lang w:eastAsia="ja-JP"/>
              </w:rPr>
              <w:t>発行年月日</w:t>
            </w:r>
          </w:p>
        </w:tc>
        <w:tc>
          <w:tcPr>
            <w:tcW w:w="1482" w:type="dxa"/>
            <w:tcMar>
              <w:top w:w="70" w:type="dxa"/>
              <w:left w:w="70" w:type="dxa"/>
              <w:bottom w:w="70" w:type="dxa"/>
              <w:right w:w="70" w:type="dxa"/>
            </w:tcMar>
            <w:vAlign w:val="center"/>
          </w:tcPr>
          <w:p w14:paraId="4A3853B2" w14:textId="77777777" w:rsidR="00FC3173" w:rsidRPr="00281CC3" w:rsidRDefault="00FC3173" w:rsidP="00407688">
            <w:pPr>
              <w:jc w:val="center"/>
              <w:rPr>
                <w:b/>
              </w:rPr>
            </w:pPr>
          </w:p>
        </w:tc>
        <w:tc>
          <w:tcPr>
            <w:tcW w:w="1455" w:type="dxa"/>
            <w:shd w:val="clear" w:color="auto" w:fill="EDEDED"/>
            <w:tcMar>
              <w:top w:w="70" w:type="dxa"/>
              <w:left w:w="70" w:type="dxa"/>
              <w:bottom w:w="70" w:type="dxa"/>
              <w:right w:w="70" w:type="dxa"/>
            </w:tcMar>
            <w:vAlign w:val="center"/>
          </w:tcPr>
          <w:p w14:paraId="6DEFB239" w14:textId="77777777" w:rsidR="00FC3173" w:rsidRPr="00281CC3" w:rsidRDefault="00FC3173" w:rsidP="00407688">
            <w:pPr>
              <w:jc w:val="center"/>
              <w:rPr>
                <w:b/>
                <w:sz w:val="17"/>
              </w:rPr>
            </w:pPr>
          </w:p>
        </w:tc>
      </w:tr>
      <w:tr w:rsidR="00FC3173" w:rsidRPr="00281CC3" w14:paraId="75864E95" w14:textId="77777777" w:rsidTr="00FB2AF8">
        <w:tc>
          <w:tcPr>
            <w:tcW w:w="998" w:type="dxa"/>
            <w:shd w:val="clear" w:color="auto" w:fill="EDEDED"/>
            <w:tcMar>
              <w:top w:w="70" w:type="dxa"/>
              <w:left w:w="70" w:type="dxa"/>
              <w:bottom w:w="70" w:type="dxa"/>
              <w:right w:w="70" w:type="dxa"/>
            </w:tcMar>
            <w:vAlign w:val="center"/>
          </w:tcPr>
          <w:p w14:paraId="41A54F4D" w14:textId="77777777" w:rsidR="00FC3173" w:rsidRPr="00281CC3" w:rsidRDefault="00FC3173" w:rsidP="00407688">
            <w:pPr>
              <w:jc w:val="center"/>
              <w:rPr>
                <w:b/>
              </w:rPr>
            </w:pPr>
            <w:proofErr w:type="spellStart"/>
            <w:r w:rsidRPr="00281CC3">
              <w:rPr>
                <w:b/>
                <w:sz w:val="17"/>
              </w:rPr>
              <w:t>発行番号</w:t>
            </w:r>
            <w:proofErr w:type="spellEnd"/>
          </w:p>
        </w:tc>
        <w:tc>
          <w:tcPr>
            <w:tcW w:w="1482" w:type="dxa"/>
            <w:tcMar>
              <w:top w:w="70" w:type="dxa"/>
              <w:left w:w="70" w:type="dxa"/>
              <w:bottom w:w="70" w:type="dxa"/>
              <w:right w:w="70" w:type="dxa"/>
            </w:tcMar>
            <w:vAlign w:val="center"/>
          </w:tcPr>
          <w:p w14:paraId="7DE00B6B" w14:textId="2297A1D3" w:rsidR="00FC3173" w:rsidRPr="00281CC3" w:rsidRDefault="00FC3173" w:rsidP="00407688">
            <w:pPr>
              <w:jc w:val="center"/>
              <w:rPr>
                <w:b/>
                <w:lang w:eastAsia="ja-JP"/>
              </w:rPr>
            </w:pPr>
          </w:p>
        </w:tc>
        <w:tc>
          <w:tcPr>
            <w:tcW w:w="1455" w:type="dxa"/>
            <w:shd w:val="clear" w:color="auto" w:fill="EDEDED"/>
            <w:tcMar>
              <w:top w:w="70" w:type="dxa"/>
              <w:left w:w="70" w:type="dxa"/>
              <w:bottom w:w="70" w:type="dxa"/>
              <w:right w:w="70" w:type="dxa"/>
            </w:tcMar>
            <w:vAlign w:val="center"/>
          </w:tcPr>
          <w:p w14:paraId="17230EE5" w14:textId="75BA0BBF" w:rsidR="00FC3173" w:rsidRPr="00281CC3" w:rsidRDefault="00FC3173" w:rsidP="00407688">
            <w:pPr>
              <w:jc w:val="center"/>
              <w:rPr>
                <w:b/>
                <w:lang w:eastAsia="ja-JP"/>
              </w:rPr>
            </w:pPr>
          </w:p>
        </w:tc>
      </w:tr>
    </w:tbl>
    <w:tbl>
      <w:tblPr>
        <w:tblpPr w:leftFromText="142" w:rightFromText="142" w:vertAnchor="text" w:horzAnchor="page" w:tblpX="5946" w:tblpY="61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63"/>
        <w:gridCol w:w="1263"/>
        <w:gridCol w:w="1263"/>
        <w:gridCol w:w="1263"/>
      </w:tblGrid>
      <w:tr w:rsidR="00A84A76" w14:paraId="29E650BC" w14:textId="77777777" w:rsidTr="00FB2AF8">
        <w:trPr>
          <w:trHeight w:val="18"/>
        </w:trPr>
        <w:tc>
          <w:tcPr>
            <w:tcW w:w="1263" w:type="dxa"/>
            <w:shd w:val="clear" w:color="auto" w:fill="EDEDED"/>
            <w:tcMar>
              <w:top w:w="70" w:type="dxa"/>
              <w:left w:w="70" w:type="dxa"/>
              <w:bottom w:w="70" w:type="dxa"/>
              <w:right w:w="70" w:type="dxa"/>
            </w:tcMar>
            <w:vAlign w:val="center"/>
          </w:tcPr>
          <w:p w14:paraId="67034618" w14:textId="77777777" w:rsidR="00A84A76" w:rsidRDefault="00A84A76" w:rsidP="00FB2AF8">
            <w:pPr>
              <w:jc w:val="center"/>
            </w:pPr>
            <w:proofErr w:type="spellStart"/>
            <w:r>
              <w:rPr>
                <w:b/>
                <w:sz w:val="16"/>
              </w:rPr>
              <w:t>校長</w:t>
            </w:r>
            <w:proofErr w:type="spellEnd"/>
          </w:p>
        </w:tc>
        <w:tc>
          <w:tcPr>
            <w:tcW w:w="1263" w:type="dxa"/>
            <w:shd w:val="clear" w:color="auto" w:fill="EDEDED"/>
            <w:tcMar>
              <w:top w:w="70" w:type="dxa"/>
              <w:left w:w="70" w:type="dxa"/>
              <w:bottom w:w="70" w:type="dxa"/>
              <w:right w:w="70" w:type="dxa"/>
            </w:tcMar>
            <w:vAlign w:val="center"/>
          </w:tcPr>
          <w:p w14:paraId="03A4E462" w14:textId="77777777" w:rsidR="00A84A76" w:rsidRDefault="00A84A76" w:rsidP="00FB2AF8">
            <w:pPr>
              <w:jc w:val="center"/>
            </w:pPr>
            <w:proofErr w:type="spellStart"/>
            <w:r>
              <w:rPr>
                <w:b/>
                <w:sz w:val="16"/>
              </w:rPr>
              <w:t>経営企画室長</w:t>
            </w:r>
            <w:proofErr w:type="spellEnd"/>
          </w:p>
        </w:tc>
        <w:tc>
          <w:tcPr>
            <w:tcW w:w="1263" w:type="dxa"/>
            <w:shd w:val="clear" w:color="auto" w:fill="EDEDED"/>
            <w:tcMar>
              <w:top w:w="70" w:type="dxa"/>
              <w:left w:w="70" w:type="dxa"/>
              <w:bottom w:w="70" w:type="dxa"/>
              <w:right w:w="70" w:type="dxa"/>
            </w:tcMar>
            <w:vAlign w:val="center"/>
          </w:tcPr>
          <w:p w14:paraId="67DA3906" w14:textId="77777777" w:rsidR="00A84A76" w:rsidRDefault="00A84A76" w:rsidP="00FB2AF8">
            <w:pPr>
              <w:jc w:val="center"/>
            </w:pPr>
            <w:proofErr w:type="spellStart"/>
            <w:r>
              <w:rPr>
                <w:b/>
                <w:sz w:val="16"/>
              </w:rPr>
              <w:t>担当</w:t>
            </w:r>
            <w:proofErr w:type="spellEnd"/>
          </w:p>
        </w:tc>
        <w:tc>
          <w:tcPr>
            <w:tcW w:w="1263" w:type="dxa"/>
            <w:shd w:val="clear" w:color="auto" w:fill="EDEDED"/>
            <w:tcMar>
              <w:top w:w="70" w:type="dxa"/>
              <w:left w:w="70" w:type="dxa"/>
              <w:bottom w:w="70" w:type="dxa"/>
              <w:right w:w="70" w:type="dxa"/>
            </w:tcMar>
            <w:vAlign w:val="center"/>
          </w:tcPr>
          <w:p w14:paraId="39CA8893" w14:textId="77777777" w:rsidR="00A84A76" w:rsidRDefault="00A84A76" w:rsidP="00FB2AF8">
            <w:pPr>
              <w:jc w:val="center"/>
            </w:pPr>
            <w:proofErr w:type="spellStart"/>
            <w:r>
              <w:rPr>
                <w:b/>
                <w:sz w:val="16"/>
              </w:rPr>
              <w:t>担任</w:t>
            </w:r>
            <w:proofErr w:type="spellEnd"/>
          </w:p>
        </w:tc>
      </w:tr>
      <w:tr w:rsidR="00A84A76" w14:paraId="136D6E0D" w14:textId="77777777" w:rsidTr="00FB2AF8">
        <w:trPr>
          <w:trHeight w:val="618"/>
        </w:trPr>
        <w:tc>
          <w:tcPr>
            <w:tcW w:w="1263" w:type="dxa"/>
            <w:tcMar>
              <w:top w:w="70" w:type="dxa"/>
              <w:left w:w="70" w:type="dxa"/>
              <w:bottom w:w="70" w:type="dxa"/>
              <w:right w:w="70" w:type="dxa"/>
            </w:tcMar>
            <w:vAlign w:val="center"/>
          </w:tcPr>
          <w:p w14:paraId="03B41444" w14:textId="182D18CD" w:rsidR="00A84A76" w:rsidRDefault="00A84A76" w:rsidP="00FB2AF8">
            <w:pPr>
              <w:jc w:val="center"/>
            </w:pPr>
          </w:p>
        </w:tc>
        <w:tc>
          <w:tcPr>
            <w:tcW w:w="1263" w:type="dxa"/>
            <w:tcMar>
              <w:top w:w="70" w:type="dxa"/>
              <w:left w:w="70" w:type="dxa"/>
              <w:bottom w:w="70" w:type="dxa"/>
              <w:right w:w="70" w:type="dxa"/>
            </w:tcMar>
            <w:vAlign w:val="center"/>
          </w:tcPr>
          <w:p w14:paraId="2E7A319F" w14:textId="1E20831A" w:rsidR="00A84A76" w:rsidRDefault="00A84A76" w:rsidP="00FB2AF8">
            <w:pPr>
              <w:jc w:val="center"/>
            </w:pPr>
          </w:p>
        </w:tc>
        <w:tc>
          <w:tcPr>
            <w:tcW w:w="1263" w:type="dxa"/>
            <w:tcMar>
              <w:top w:w="70" w:type="dxa"/>
              <w:left w:w="70" w:type="dxa"/>
              <w:bottom w:w="70" w:type="dxa"/>
              <w:right w:w="70" w:type="dxa"/>
            </w:tcMar>
            <w:vAlign w:val="center"/>
          </w:tcPr>
          <w:p w14:paraId="20CE6E17" w14:textId="4D69B25F" w:rsidR="00A84A76" w:rsidRDefault="00A84A76" w:rsidP="00FB2AF8">
            <w:pPr>
              <w:jc w:val="center"/>
            </w:pPr>
          </w:p>
        </w:tc>
        <w:tc>
          <w:tcPr>
            <w:tcW w:w="1263" w:type="dxa"/>
            <w:tcMar>
              <w:top w:w="70" w:type="dxa"/>
              <w:left w:w="70" w:type="dxa"/>
              <w:bottom w:w="70" w:type="dxa"/>
              <w:right w:w="70" w:type="dxa"/>
            </w:tcMar>
            <w:vAlign w:val="center"/>
          </w:tcPr>
          <w:p w14:paraId="2A622D37" w14:textId="15B3645B" w:rsidR="00A84A76" w:rsidRDefault="00A84A76" w:rsidP="00FB2AF8">
            <w:pPr>
              <w:jc w:val="center"/>
            </w:pPr>
          </w:p>
        </w:tc>
      </w:tr>
    </w:tbl>
    <w:p w14:paraId="5AE5D59E" w14:textId="77777777" w:rsidR="00590B8C" w:rsidRDefault="00D062A2">
      <w:pPr>
        <w:spacing w:before="60" w:after="40"/>
      </w:pPr>
      <w:proofErr w:type="spellStart"/>
      <w:r>
        <w:rPr>
          <w:b/>
        </w:rPr>
        <w:t>学校使用欄</w:t>
      </w:r>
      <w:proofErr w:type="spellEnd"/>
    </w:p>
    <w:p w14:paraId="543CB3BE" w14:textId="77777777" w:rsidR="00590B8C" w:rsidRDefault="00590B8C">
      <w:pPr>
        <w:spacing w:before="80" w:after="0"/>
      </w:pPr>
    </w:p>
    <w:p w14:paraId="3B555A53" w14:textId="77777777" w:rsidR="00D062A2" w:rsidRDefault="00D062A2" w:rsidP="00D2745C">
      <w:pPr>
        <w:rPr>
          <w:lang w:eastAsia="ja-JP"/>
        </w:rPr>
      </w:pPr>
    </w:p>
    <w:p w14:paraId="35067280" w14:textId="77777777" w:rsidR="00F95820" w:rsidRDefault="00F95820" w:rsidP="00D2745C">
      <w:pPr>
        <w:rPr>
          <w:lang w:eastAsia="ja-JP"/>
        </w:rPr>
      </w:pPr>
    </w:p>
    <w:p w14:paraId="26F89E5E" w14:textId="77777777" w:rsidR="00F95820" w:rsidRDefault="00F95820" w:rsidP="00D2745C">
      <w:pPr>
        <w:rPr>
          <w:lang w:eastAsia="ja-JP"/>
        </w:rPr>
      </w:pPr>
    </w:p>
    <w:p w14:paraId="7A52A7F6" w14:textId="77777777" w:rsidR="00F95820" w:rsidRDefault="00F95820" w:rsidP="00D2745C">
      <w:pPr>
        <w:rPr>
          <w:lang w:eastAsia="ja-JP"/>
        </w:rPr>
      </w:pPr>
    </w:p>
    <w:p w14:paraId="2B850E33" w14:textId="2117DED5" w:rsidR="00F95820" w:rsidRPr="00F95820" w:rsidRDefault="00F95820" w:rsidP="00F95820">
      <w:pPr>
        <w:spacing w:before="60" w:after="40"/>
        <w:rPr>
          <w:b/>
        </w:rPr>
      </w:pPr>
      <w:r w:rsidRPr="00F95820">
        <w:rPr>
          <w:b/>
        </w:rPr>
        <w:t>学校学生生徒旅客運賃割引証取扱要領</w:t>
      </w:r>
    </w:p>
    <w:p w14:paraId="5646998F" w14:textId="77777777" w:rsidR="00F95820" w:rsidRPr="00F95820" w:rsidRDefault="00F95820" w:rsidP="00F95820">
      <w:pPr>
        <w:spacing w:before="60" w:after="40"/>
        <w:rPr>
          <w:b/>
        </w:rPr>
      </w:pPr>
    </w:p>
    <w:p w14:paraId="6C42081A" w14:textId="77777777" w:rsidR="00F95820" w:rsidRPr="00F95820" w:rsidRDefault="00F95820" w:rsidP="00F95820">
      <w:pPr>
        <w:spacing w:before="60" w:after="40"/>
        <w:rPr>
          <w:b/>
        </w:rPr>
      </w:pPr>
      <w:r w:rsidRPr="00F95820">
        <w:rPr>
          <w:b/>
        </w:rPr>
        <w:t xml:space="preserve">３ 使用目的の範囲 </w:t>
      </w:r>
    </w:p>
    <w:p w14:paraId="32543B3C" w14:textId="77777777" w:rsidR="00F95820" w:rsidRDefault="00F95820" w:rsidP="00F95820">
      <w:pPr>
        <w:spacing w:line="200" w:lineRule="exact"/>
        <w:ind w:firstLineChars="100" w:firstLine="180"/>
        <w:rPr>
          <w:lang w:eastAsia="ja-JP"/>
        </w:rPr>
      </w:pPr>
      <w:r w:rsidRPr="00F95820">
        <w:rPr>
          <w:lang w:eastAsia="ja-JP"/>
        </w:rPr>
        <w:t xml:space="preserve">機構又は都道府県等から学割証の様式の配付を受けた学校は、制度の趣旨に鑑み、原則として次 の目的をもって旅行をする必要があると認められる場合に限り、学生生徒に対して学割証を交付す </w:t>
      </w:r>
      <w:proofErr w:type="gramStart"/>
      <w:r w:rsidRPr="00F95820">
        <w:rPr>
          <w:lang w:eastAsia="ja-JP"/>
        </w:rPr>
        <w:t>る</w:t>
      </w:r>
      <w:proofErr w:type="gramEnd"/>
      <w:r w:rsidRPr="00F95820">
        <w:rPr>
          <w:lang w:eastAsia="ja-JP"/>
        </w:rPr>
        <w:t>ものとする。</w:t>
      </w:r>
    </w:p>
    <w:p w14:paraId="7CD863D6" w14:textId="77777777" w:rsidR="00F95820" w:rsidRDefault="00F95820" w:rsidP="00F95820">
      <w:pPr>
        <w:spacing w:line="200" w:lineRule="exact"/>
        <w:rPr>
          <w:lang w:eastAsia="ja-JP"/>
        </w:rPr>
      </w:pPr>
    </w:p>
    <w:p w14:paraId="223AE7E3" w14:textId="2326CC14" w:rsidR="00F95820" w:rsidRDefault="00F95820" w:rsidP="00F95820">
      <w:pPr>
        <w:spacing w:line="200" w:lineRule="exact"/>
        <w:rPr>
          <w:lang w:eastAsia="ja-JP"/>
        </w:rPr>
      </w:pPr>
      <w:r w:rsidRPr="00F95820">
        <w:rPr>
          <w:lang w:eastAsia="ja-JP"/>
        </w:rPr>
        <w:t xml:space="preserve">(1) 休暇、所用による帰省 </w:t>
      </w:r>
    </w:p>
    <w:p w14:paraId="06EB368C" w14:textId="1487364D" w:rsidR="00F95820" w:rsidRDefault="00F95820" w:rsidP="00F95820">
      <w:pPr>
        <w:spacing w:line="200" w:lineRule="exact"/>
        <w:rPr>
          <w:lang w:eastAsia="ja-JP"/>
        </w:rPr>
      </w:pPr>
      <w:r w:rsidRPr="00F95820">
        <w:rPr>
          <w:lang w:eastAsia="ja-JP"/>
        </w:rPr>
        <w:t xml:space="preserve">(2) 実験実習並びに通信による教育を行う学校の面接授業及び試験などの正課の教育活動 </w:t>
      </w:r>
    </w:p>
    <w:p w14:paraId="7D85050F" w14:textId="77777777" w:rsidR="00F95820" w:rsidRDefault="00F95820" w:rsidP="00F95820">
      <w:pPr>
        <w:spacing w:line="200" w:lineRule="exact"/>
        <w:rPr>
          <w:lang w:eastAsia="ja-JP"/>
        </w:rPr>
      </w:pPr>
      <w:r w:rsidRPr="00F95820">
        <w:rPr>
          <w:lang w:eastAsia="ja-JP"/>
        </w:rPr>
        <w:t>(3) 学校が認めた特別教育活動又は体育・文化に関する正課外の教育活動</w:t>
      </w:r>
    </w:p>
    <w:p w14:paraId="5E62C5EB" w14:textId="147AF4F1" w:rsidR="00F95820" w:rsidRDefault="00F95820" w:rsidP="00F95820">
      <w:pPr>
        <w:spacing w:line="200" w:lineRule="exact"/>
        <w:rPr>
          <w:lang w:eastAsia="ja-JP"/>
        </w:rPr>
      </w:pPr>
      <w:r w:rsidRPr="00F95820">
        <w:rPr>
          <w:lang w:eastAsia="ja-JP"/>
        </w:rPr>
        <w:t xml:space="preserve">(4) 就職又は進学のための受験等 </w:t>
      </w:r>
    </w:p>
    <w:p w14:paraId="2FBC5499" w14:textId="0AF46F69" w:rsidR="00F95820" w:rsidRDefault="00F95820" w:rsidP="00F95820">
      <w:pPr>
        <w:spacing w:line="200" w:lineRule="exact"/>
        <w:rPr>
          <w:lang w:eastAsia="ja-JP"/>
        </w:rPr>
      </w:pPr>
      <w:r w:rsidRPr="00F95820">
        <w:rPr>
          <w:lang w:eastAsia="ja-JP"/>
        </w:rPr>
        <w:t xml:space="preserve">(5) 学校が修学上適当と認めた見学又は行事への参加 </w:t>
      </w:r>
    </w:p>
    <w:p w14:paraId="7726844D" w14:textId="77777777" w:rsidR="00F95820" w:rsidRDefault="00F95820" w:rsidP="00F95820">
      <w:pPr>
        <w:spacing w:line="200" w:lineRule="exact"/>
        <w:rPr>
          <w:lang w:eastAsia="ja-JP"/>
        </w:rPr>
      </w:pPr>
      <w:r w:rsidRPr="00F95820">
        <w:rPr>
          <w:lang w:eastAsia="ja-JP"/>
        </w:rPr>
        <w:t>(6) 傷病の治療その他修学上支障となる問題の処理</w:t>
      </w:r>
    </w:p>
    <w:p w14:paraId="4B69FE48" w14:textId="4C13801E" w:rsidR="00F95820" w:rsidRDefault="00F95820" w:rsidP="00F95820">
      <w:pPr>
        <w:spacing w:line="200" w:lineRule="exact"/>
        <w:rPr>
          <w:lang w:eastAsia="ja-JP"/>
        </w:rPr>
      </w:pPr>
      <w:r w:rsidRPr="00F95820">
        <w:rPr>
          <w:lang w:eastAsia="ja-JP"/>
        </w:rPr>
        <w:t>(7) 保護者の旅行への随行</w:t>
      </w:r>
    </w:p>
    <w:sectPr w:rsidR="00F95820" w:rsidSect="00034616">
      <w:footerReference w:type="default" r:id="rId8"/>
      <w:pgSz w:w="11906" w:h="16838"/>
      <w:pgMar w:top="680" w:right="737" w:bottom="624"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9908" w14:textId="77777777" w:rsidR="000319C1" w:rsidRDefault="000319C1">
      <w:pPr>
        <w:spacing w:after="0" w:line="240" w:lineRule="auto"/>
      </w:pPr>
      <w:r>
        <w:separator/>
      </w:r>
    </w:p>
  </w:endnote>
  <w:endnote w:type="continuationSeparator" w:id="0">
    <w:p w14:paraId="7A061BA2" w14:textId="77777777" w:rsidR="000319C1" w:rsidRDefault="00031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5C36" w14:textId="77777777" w:rsidR="00590B8C" w:rsidRDefault="00D062A2">
    <w:pPr>
      <w:pStyle w:val="a7"/>
      <w:jc w:val="right"/>
    </w:pPr>
    <w:proofErr w:type="spellStart"/>
    <w:r>
      <w:rPr>
        <w:sz w:val="14"/>
      </w:rPr>
      <w:t>東京都立駒場高等学校</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A3F5" w14:textId="77777777" w:rsidR="000319C1" w:rsidRDefault="000319C1">
      <w:pPr>
        <w:spacing w:after="0" w:line="240" w:lineRule="auto"/>
      </w:pPr>
      <w:r>
        <w:separator/>
      </w:r>
    </w:p>
  </w:footnote>
  <w:footnote w:type="continuationSeparator" w:id="0">
    <w:p w14:paraId="3D534000" w14:textId="77777777" w:rsidR="000319C1" w:rsidRDefault="00031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620053">
    <w:abstractNumId w:val="8"/>
  </w:num>
  <w:num w:numId="2" w16cid:durableId="663777728">
    <w:abstractNumId w:val="6"/>
  </w:num>
  <w:num w:numId="3" w16cid:durableId="655038317">
    <w:abstractNumId w:val="5"/>
  </w:num>
  <w:num w:numId="4" w16cid:durableId="1671565939">
    <w:abstractNumId w:val="4"/>
  </w:num>
  <w:num w:numId="5" w16cid:durableId="606892277">
    <w:abstractNumId w:val="7"/>
  </w:num>
  <w:num w:numId="6" w16cid:durableId="1325159130">
    <w:abstractNumId w:val="3"/>
  </w:num>
  <w:num w:numId="7" w16cid:durableId="904949047">
    <w:abstractNumId w:val="2"/>
  </w:num>
  <w:num w:numId="8" w16cid:durableId="600070129">
    <w:abstractNumId w:val="1"/>
  </w:num>
  <w:num w:numId="9" w16cid:durableId="118582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9C1"/>
    <w:rsid w:val="00034616"/>
    <w:rsid w:val="0004639C"/>
    <w:rsid w:val="0006063C"/>
    <w:rsid w:val="000B168D"/>
    <w:rsid w:val="000B6C94"/>
    <w:rsid w:val="000D72E1"/>
    <w:rsid w:val="00103B12"/>
    <w:rsid w:val="0010580A"/>
    <w:rsid w:val="00123978"/>
    <w:rsid w:val="0015074B"/>
    <w:rsid w:val="001771A2"/>
    <w:rsid w:val="00217A92"/>
    <w:rsid w:val="00224A7B"/>
    <w:rsid w:val="002423F9"/>
    <w:rsid w:val="0025005E"/>
    <w:rsid w:val="00281CC3"/>
    <w:rsid w:val="0029639A"/>
    <w:rsid w:val="0029639D"/>
    <w:rsid w:val="002A308A"/>
    <w:rsid w:val="002E0283"/>
    <w:rsid w:val="003073C0"/>
    <w:rsid w:val="00326F90"/>
    <w:rsid w:val="003311D4"/>
    <w:rsid w:val="00355B24"/>
    <w:rsid w:val="00355D0D"/>
    <w:rsid w:val="00394397"/>
    <w:rsid w:val="003A05E9"/>
    <w:rsid w:val="003B1FB7"/>
    <w:rsid w:val="003B3130"/>
    <w:rsid w:val="00407688"/>
    <w:rsid w:val="0041470C"/>
    <w:rsid w:val="00434D9E"/>
    <w:rsid w:val="0047213E"/>
    <w:rsid w:val="004A6274"/>
    <w:rsid w:val="0052380D"/>
    <w:rsid w:val="00575C39"/>
    <w:rsid w:val="00586128"/>
    <w:rsid w:val="00590B8C"/>
    <w:rsid w:val="005B59CA"/>
    <w:rsid w:val="005C654A"/>
    <w:rsid w:val="005E084A"/>
    <w:rsid w:val="005E235C"/>
    <w:rsid w:val="005E5F03"/>
    <w:rsid w:val="00626BB8"/>
    <w:rsid w:val="00646D26"/>
    <w:rsid w:val="00661779"/>
    <w:rsid w:val="00724C5F"/>
    <w:rsid w:val="007F26F0"/>
    <w:rsid w:val="00813E22"/>
    <w:rsid w:val="00826B5F"/>
    <w:rsid w:val="00863500"/>
    <w:rsid w:val="008664FA"/>
    <w:rsid w:val="00976035"/>
    <w:rsid w:val="00982938"/>
    <w:rsid w:val="00990EF1"/>
    <w:rsid w:val="009E2841"/>
    <w:rsid w:val="00A03FD6"/>
    <w:rsid w:val="00A45D58"/>
    <w:rsid w:val="00A73E2F"/>
    <w:rsid w:val="00A84A76"/>
    <w:rsid w:val="00AA1D8D"/>
    <w:rsid w:val="00B31B5F"/>
    <w:rsid w:val="00B4559B"/>
    <w:rsid w:val="00B47730"/>
    <w:rsid w:val="00BE6D25"/>
    <w:rsid w:val="00C036F5"/>
    <w:rsid w:val="00C052C8"/>
    <w:rsid w:val="00C259CC"/>
    <w:rsid w:val="00CB0664"/>
    <w:rsid w:val="00CE1239"/>
    <w:rsid w:val="00D062A2"/>
    <w:rsid w:val="00D2745C"/>
    <w:rsid w:val="00D50342"/>
    <w:rsid w:val="00DB6FDA"/>
    <w:rsid w:val="00DF3881"/>
    <w:rsid w:val="00F736CD"/>
    <w:rsid w:val="00F9426E"/>
    <w:rsid w:val="00F95820"/>
    <w:rsid w:val="00FA1F43"/>
    <w:rsid w:val="00FB2AF8"/>
    <w:rsid w:val="00FC3173"/>
    <w:rsid w:val="00FC693F"/>
    <w:rsid w:val="00FD2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00"/>
  <w15:docId w15:val="{BA78ADA5-51DB-4656-94FB-69D3460C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Yu Gothic" w:eastAsia="Yu Gothic" w:hAnsi="Yu Gothic"/>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595</Characters>
  <Application>Microsoft Office Word</Application>
  <DocSecurity>4</DocSecurity>
  <Lines>42</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美和</dc:creator>
  <cp:keywords/>
  <dc:description>generated by python-docx</dc:description>
  <cp:lastModifiedBy>岡田　美和</cp:lastModifiedBy>
  <cp:revision>2</cp:revision>
  <cp:lastPrinted>2026-07-21T05:10:00Z</cp:lastPrinted>
  <dcterms:created xsi:type="dcterms:W3CDTF">2026-07-21T06:26:00Z</dcterms:created>
  <dcterms:modified xsi:type="dcterms:W3CDTF">2026-07-21T06:26:00Z</dcterms:modified>
  <cp:category/>
</cp:coreProperties>
</file>